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2097" w14:textId="412FEE28" w:rsidR="008B7849" w:rsidRDefault="009B4858">
      <w:pPr>
        <w:spacing w:after="400"/>
        <w:jc w:val="center"/>
      </w:pPr>
      <w:r>
        <w:rPr>
          <w:b/>
          <w:color w:val="005F73"/>
          <w:sz w:val="32"/>
        </w:rPr>
        <w:t>DEMO PROPOSAL FORM</w:t>
      </w:r>
    </w:p>
    <w:p w14:paraId="158D28EF" w14:textId="77777777" w:rsidR="008B7849" w:rsidRDefault="00981B92">
      <w:pPr>
        <w:keepNext/>
      </w:pPr>
      <w:r>
        <w:rPr>
          <w:b/>
          <w:color w:val="005F73"/>
        </w:rPr>
        <w:t>Submission Guidelines &amp; Evaluation Criteria Summary</w:t>
      </w:r>
    </w:p>
    <w:p w14:paraId="636817D6" w14:textId="7FF5F45F" w:rsidR="008B7849" w:rsidRDefault="00981B92">
      <w:pPr>
        <w:spacing w:after="360"/>
      </w:pPr>
      <w:r>
        <w:rPr>
          <w:color w:val="5A5A5A"/>
          <w:sz w:val="19"/>
        </w:rPr>
        <w:t>• Submission Deadline: July 2</w:t>
      </w:r>
      <w:r w:rsidR="00040082">
        <w:rPr>
          <w:color w:val="5A5A5A"/>
          <w:sz w:val="19"/>
        </w:rPr>
        <w:t>5</w:t>
      </w:r>
      <w:r>
        <w:rPr>
          <w:color w:val="5A5A5A"/>
          <w:sz w:val="19"/>
        </w:rPr>
        <w:t xml:space="preserve">, </w:t>
      </w:r>
      <w:proofErr w:type="gramStart"/>
      <w:r>
        <w:rPr>
          <w:color w:val="5A5A5A"/>
          <w:sz w:val="19"/>
        </w:rPr>
        <w:t>2026</w:t>
      </w:r>
      <w:proofErr w:type="gramEnd"/>
      <w:r>
        <w:rPr>
          <w:color w:val="5A5A5A"/>
          <w:sz w:val="19"/>
        </w:rPr>
        <w:t xml:space="preserve"> | Notification Date: July 31, 2026</w:t>
      </w:r>
      <w:r>
        <w:rPr>
          <w:color w:val="5A5A5A"/>
          <w:sz w:val="19"/>
        </w:rPr>
        <w:br/>
        <w:t>• Final Format: 3–4 pages in Springer proceedings format, submitted via email as a single PDF file.</w:t>
      </w:r>
      <w:r>
        <w:rPr>
          <w:color w:val="5A5A5A"/>
          <w:sz w:val="19"/>
        </w:rPr>
        <w:br/>
        <w:t>• Requirements: Proposals should demonstrate a research prototype or decentralized application and ideally incorporate a system architecture diagram.</w:t>
      </w:r>
      <w:r>
        <w:rPr>
          <w:color w:val="5A5A5A"/>
          <w:sz w:val="19"/>
        </w:rPr>
        <w:br/>
        <w:t>• Review Criteria: Scientific contribution value, prospective audience impact, technical implementation quality, and presentation quality.</w:t>
      </w:r>
    </w:p>
    <w:p w14:paraId="2B6763BB" w14:textId="77777777" w:rsidR="008B7849" w:rsidRDefault="00981B92">
      <w:pPr>
        <w:keepNext/>
        <w:spacing w:before="240"/>
      </w:pPr>
      <w:r>
        <w:rPr>
          <w:b/>
          <w:color w:val="005F73"/>
          <w:sz w:val="24"/>
        </w:rPr>
        <w:t>1. Demo General Information</w:t>
      </w:r>
    </w:p>
    <w:tbl>
      <w:tblPr>
        <w:tblW w:w="0" w:type="auto"/>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ook w:val="04A0" w:firstRow="1" w:lastRow="0" w:firstColumn="1" w:lastColumn="0" w:noHBand="0" w:noVBand="1"/>
      </w:tblPr>
      <w:tblGrid>
        <w:gridCol w:w="3105"/>
        <w:gridCol w:w="5805"/>
      </w:tblGrid>
      <w:tr w:rsidR="008B7849" w14:paraId="0A1AE364" w14:textId="77777777" w:rsidTr="00CC00BD">
        <w:trPr>
          <w:jc w:val="center"/>
        </w:trPr>
        <w:tc>
          <w:tcPr>
            <w:tcW w:w="3105" w:type="dxa"/>
            <w:shd w:val="clear" w:color="auto" w:fill="F4F6F6"/>
            <w:tcMar>
              <w:top w:w="120" w:type="dxa"/>
              <w:left w:w="150" w:type="dxa"/>
              <w:bottom w:w="120" w:type="dxa"/>
              <w:right w:w="150" w:type="dxa"/>
            </w:tcMar>
          </w:tcPr>
          <w:p w14:paraId="3869C17E" w14:textId="77777777" w:rsidR="008B7849" w:rsidRDefault="00981B92">
            <w:r>
              <w:rPr>
                <w:b/>
                <w:sz w:val="20"/>
              </w:rPr>
              <w:t>Title of Demo Proposal</w:t>
            </w:r>
          </w:p>
        </w:tc>
        <w:tc>
          <w:tcPr>
            <w:tcW w:w="5805" w:type="dxa"/>
            <w:tcMar>
              <w:top w:w="120" w:type="dxa"/>
              <w:left w:w="150" w:type="dxa"/>
              <w:bottom w:w="120" w:type="dxa"/>
              <w:right w:w="150" w:type="dxa"/>
            </w:tcMar>
          </w:tcPr>
          <w:p w14:paraId="4C30E054" w14:textId="4E5E2A81" w:rsidR="008B7849" w:rsidRDefault="00981B92">
            <w:r>
              <w:rPr>
                <w:color w:val="969696"/>
                <w:sz w:val="20"/>
              </w:rPr>
              <w:t>[</w:t>
            </w:r>
            <w:r w:rsidR="006C6E7D">
              <w:rPr>
                <w:color w:val="969696"/>
                <w:sz w:val="20"/>
              </w:rPr>
              <w:t>Enter a concise and descriptive title for the demo</w:t>
            </w:r>
            <w:r>
              <w:rPr>
                <w:color w:val="969696"/>
                <w:sz w:val="20"/>
              </w:rPr>
              <w:t>]</w:t>
            </w:r>
          </w:p>
        </w:tc>
      </w:tr>
      <w:tr w:rsidR="008B7849" w14:paraId="4032F8E1" w14:textId="77777777" w:rsidTr="00CC00BD">
        <w:trPr>
          <w:jc w:val="center"/>
        </w:trPr>
        <w:tc>
          <w:tcPr>
            <w:tcW w:w="3105" w:type="dxa"/>
            <w:shd w:val="clear" w:color="auto" w:fill="F4F6F6"/>
            <w:tcMar>
              <w:top w:w="120" w:type="dxa"/>
              <w:left w:w="150" w:type="dxa"/>
              <w:bottom w:w="120" w:type="dxa"/>
              <w:right w:w="150" w:type="dxa"/>
            </w:tcMar>
          </w:tcPr>
          <w:p w14:paraId="449223E2" w14:textId="77777777" w:rsidR="008B7849" w:rsidRDefault="00981B92">
            <w:r>
              <w:rPr>
                <w:b/>
                <w:sz w:val="20"/>
              </w:rPr>
              <w:t>Target Conference Track(s)</w:t>
            </w:r>
          </w:p>
        </w:tc>
        <w:tc>
          <w:tcPr>
            <w:tcW w:w="5805" w:type="dxa"/>
            <w:tcMar>
              <w:top w:w="120" w:type="dxa"/>
              <w:left w:w="150" w:type="dxa"/>
              <w:bottom w:w="120" w:type="dxa"/>
              <w:right w:w="150" w:type="dxa"/>
            </w:tcMar>
          </w:tcPr>
          <w:p w14:paraId="3577638D" w14:textId="77777777" w:rsidR="008B7849" w:rsidRDefault="00981B92">
            <w:r>
              <w:rPr>
                <w:color w:val="969696"/>
                <w:sz w:val="20"/>
              </w:rPr>
              <w:t>[Specify relevant tracks from www.sustain.upm.edu.sa]</w:t>
            </w:r>
          </w:p>
        </w:tc>
      </w:tr>
      <w:tr w:rsidR="008B7849" w14:paraId="5398F85D" w14:textId="77777777" w:rsidTr="00CC00BD">
        <w:trPr>
          <w:jc w:val="center"/>
        </w:trPr>
        <w:tc>
          <w:tcPr>
            <w:tcW w:w="3105" w:type="dxa"/>
            <w:shd w:val="clear" w:color="auto" w:fill="F4F6F6"/>
            <w:tcMar>
              <w:top w:w="120" w:type="dxa"/>
              <w:left w:w="150" w:type="dxa"/>
              <w:bottom w:w="120" w:type="dxa"/>
              <w:right w:w="150" w:type="dxa"/>
            </w:tcMar>
          </w:tcPr>
          <w:p w14:paraId="7E82B5B6" w14:textId="1394809D" w:rsidR="008B7849" w:rsidRDefault="00981B92" w:rsidP="00820739">
            <w:pPr>
              <w:spacing w:after="0"/>
            </w:pPr>
            <w:r>
              <w:rPr>
                <w:b/>
                <w:sz w:val="20"/>
              </w:rPr>
              <w:t xml:space="preserve">Type of </w:t>
            </w:r>
            <w:r w:rsidR="00CE1417">
              <w:rPr>
                <w:b/>
                <w:sz w:val="20"/>
              </w:rPr>
              <w:t>Demo</w:t>
            </w:r>
          </w:p>
        </w:tc>
        <w:tc>
          <w:tcPr>
            <w:tcW w:w="5805" w:type="dxa"/>
            <w:tcMar>
              <w:top w:w="120" w:type="dxa"/>
              <w:left w:w="150" w:type="dxa"/>
              <w:bottom w:w="120" w:type="dxa"/>
              <w:right w:w="150" w:type="dxa"/>
            </w:tcMar>
          </w:tcPr>
          <w:p w14:paraId="16665BC3" w14:textId="77777777" w:rsidR="00CE1417" w:rsidRDefault="008918DA" w:rsidP="00820739">
            <w:pPr>
              <w:spacing w:after="0"/>
              <w:rPr>
                <w:rFonts w:ascii="Calibri" w:hAnsi="Calibri" w:cs="Calibri"/>
                <w:color w:val="404041"/>
                <w:shd w:val="clear" w:color="auto" w:fill="FFFFFF"/>
              </w:rPr>
            </w:pPr>
            <w:proofErr w:type="gramStart"/>
            <w:r>
              <w:rPr>
                <w:color w:val="969696"/>
                <w:sz w:val="20"/>
              </w:rPr>
              <w:t>[</w:t>
            </w:r>
            <w:r w:rsidR="00CE1417">
              <w:rPr>
                <w:color w:val="969696"/>
                <w:sz w:val="20"/>
              </w:rPr>
              <w:t xml:space="preserve"> </w:t>
            </w:r>
            <w:r w:rsidR="00C2558D">
              <w:rPr>
                <w:color w:val="969696"/>
                <w:sz w:val="20"/>
              </w:rPr>
              <w:t>]</w:t>
            </w:r>
            <w:proofErr w:type="gramEnd"/>
            <w:r w:rsidR="00CE1417">
              <w:rPr>
                <w:rFonts w:ascii="Calibri" w:hAnsi="Calibri" w:cs="Calibri"/>
                <w:color w:val="404041"/>
                <w:shd w:val="clear" w:color="auto" w:fill="FFFFFF"/>
              </w:rPr>
              <w:t xml:space="preserve"> showcase applications</w:t>
            </w:r>
          </w:p>
          <w:p w14:paraId="6B3C0F28" w14:textId="7A9126FA" w:rsidR="00CE1417" w:rsidRDefault="00CE1417" w:rsidP="00820739">
            <w:pPr>
              <w:spacing w:after="0"/>
              <w:rPr>
                <w:rFonts w:ascii="Calibri" w:hAnsi="Calibri" w:cs="Calibri"/>
                <w:color w:val="404041"/>
                <w:shd w:val="clear" w:color="auto" w:fill="FFFFFF"/>
              </w:rPr>
            </w:pPr>
            <w:proofErr w:type="gramStart"/>
            <w:r>
              <w:rPr>
                <w:color w:val="969696"/>
                <w:sz w:val="20"/>
              </w:rPr>
              <w:t>[ ]</w:t>
            </w:r>
            <w:proofErr w:type="gramEnd"/>
            <w:r>
              <w:rPr>
                <w:rFonts w:ascii="Calibri" w:hAnsi="Calibri" w:cs="Calibri"/>
                <w:color w:val="404041"/>
                <w:shd w:val="clear" w:color="auto" w:fill="FFFFFF"/>
              </w:rPr>
              <w:t xml:space="preserve"> demonstrate ground-breaking prototypes</w:t>
            </w:r>
          </w:p>
          <w:p w14:paraId="77820F7C" w14:textId="68390FB4" w:rsidR="008B7849" w:rsidRDefault="00CE1417" w:rsidP="00820739">
            <w:pPr>
              <w:spacing w:after="0"/>
            </w:pPr>
            <w:proofErr w:type="gramStart"/>
            <w:r>
              <w:rPr>
                <w:color w:val="969696"/>
                <w:sz w:val="20"/>
              </w:rPr>
              <w:t>[ ]</w:t>
            </w:r>
            <w:proofErr w:type="gramEnd"/>
            <w:r>
              <w:rPr>
                <w:rFonts w:ascii="Calibri" w:hAnsi="Calibri" w:cs="Calibri"/>
                <w:color w:val="404041"/>
                <w:shd w:val="clear" w:color="auto" w:fill="FFFFFF"/>
              </w:rPr>
              <w:t xml:space="preserve"> elucidate innovative solutions</w:t>
            </w:r>
            <w:r w:rsidR="003F0A45">
              <w:rPr>
                <w:rFonts w:ascii="Calibri" w:hAnsi="Calibri" w:cs="Calibri"/>
                <w:color w:val="404041"/>
                <w:shd w:val="clear" w:color="auto" w:fill="FFFFFF"/>
              </w:rPr>
              <w:br/>
            </w:r>
            <w:proofErr w:type="gramStart"/>
            <w:r w:rsidR="003F0A45">
              <w:rPr>
                <w:color w:val="969696"/>
                <w:sz w:val="20"/>
              </w:rPr>
              <w:t>[ ]</w:t>
            </w:r>
            <w:proofErr w:type="gramEnd"/>
            <w:r w:rsidR="003F0A45">
              <w:rPr>
                <w:rFonts w:ascii="Calibri" w:hAnsi="Calibri" w:cs="Calibri"/>
                <w:color w:val="404041"/>
                <w:shd w:val="clear" w:color="auto" w:fill="FFFFFF"/>
              </w:rPr>
              <w:t xml:space="preserve"> </w:t>
            </w:r>
            <w:r>
              <w:rPr>
                <w:rFonts w:ascii="Calibri" w:hAnsi="Calibri" w:cs="Calibri"/>
                <w:color w:val="404041"/>
                <w:shd w:val="clear" w:color="auto" w:fill="FFFFFF"/>
              </w:rPr>
              <w:t xml:space="preserve">new pertinent emerging technologies </w:t>
            </w:r>
          </w:p>
        </w:tc>
      </w:tr>
      <w:tr w:rsidR="008B7849" w14:paraId="067063C2" w14:textId="77777777" w:rsidTr="00CC00BD">
        <w:trPr>
          <w:jc w:val="center"/>
        </w:trPr>
        <w:tc>
          <w:tcPr>
            <w:tcW w:w="3105" w:type="dxa"/>
            <w:shd w:val="clear" w:color="auto" w:fill="F4F6F6"/>
            <w:tcMar>
              <w:top w:w="120" w:type="dxa"/>
              <w:left w:w="150" w:type="dxa"/>
              <w:bottom w:w="120" w:type="dxa"/>
              <w:right w:w="150" w:type="dxa"/>
            </w:tcMar>
          </w:tcPr>
          <w:p w14:paraId="2E7CEC6A" w14:textId="77777777" w:rsidR="008B7849" w:rsidRDefault="00981B92">
            <w:r>
              <w:rPr>
                <w:b/>
                <w:sz w:val="20"/>
              </w:rPr>
              <w:t>Corresponding Author Email</w:t>
            </w:r>
          </w:p>
        </w:tc>
        <w:tc>
          <w:tcPr>
            <w:tcW w:w="5805" w:type="dxa"/>
            <w:tcMar>
              <w:top w:w="120" w:type="dxa"/>
              <w:left w:w="150" w:type="dxa"/>
              <w:bottom w:w="120" w:type="dxa"/>
              <w:right w:w="150" w:type="dxa"/>
            </w:tcMar>
          </w:tcPr>
          <w:p w14:paraId="0986762D" w14:textId="77777777" w:rsidR="008B7849" w:rsidRDefault="00981B92">
            <w:r>
              <w:rPr>
                <w:color w:val="969696"/>
                <w:sz w:val="20"/>
              </w:rPr>
              <w:t>[Enter main contact email address]</w:t>
            </w:r>
          </w:p>
        </w:tc>
      </w:tr>
    </w:tbl>
    <w:p w14:paraId="20AFC0ED" w14:textId="77777777" w:rsidR="008B7849" w:rsidRDefault="00981B92">
      <w:pPr>
        <w:keepNext/>
        <w:spacing w:before="240"/>
      </w:pPr>
      <w:r>
        <w:rPr>
          <w:b/>
          <w:color w:val="005F73"/>
          <w:sz w:val="24"/>
        </w:rPr>
        <w:t>2. Authors &amp; Presenters Information</w:t>
      </w:r>
    </w:p>
    <w:tbl>
      <w:tblPr>
        <w:tblW w:w="0" w:type="auto"/>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ook w:val="04A0" w:firstRow="1" w:lastRow="0" w:firstColumn="1" w:lastColumn="0" w:noHBand="0" w:noVBand="1"/>
      </w:tblPr>
      <w:tblGrid>
        <w:gridCol w:w="2718"/>
        <w:gridCol w:w="3600"/>
        <w:gridCol w:w="2592"/>
      </w:tblGrid>
      <w:tr w:rsidR="008B7849" w14:paraId="5CA05475" w14:textId="77777777" w:rsidTr="00216292">
        <w:trPr>
          <w:jc w:val="center"/>
        </w:trPr>
        <w:tc>
          <w:tcPr>
            <w:tcW w:w="2718" w:type="dxa"/>
            <w:shd w:val="clear" w:color="auto" w:fill="005F73"/>
            <w:tcMar>
              <w:top w:w="120" w:type="dxa"/>
              <w:left w:w="150" w:type="dxa"/>
              <w:bottom w:w="120" w:type="dxa"/>
              <w:right w:w="150" w:type="dxa"/>
            </w:tcMar>
          </w:tcPr>
          <w:p w14:paraId="11890776" w14:textId="77777777" w:rsidR="008B7849" w:rsidRDefault="00981B92">
            <w:pPr>
              <w:jc w:val="center"/>
            </w:pPr>
            <w:r>
              <w:rPr>
                <w:b/>
                <w:color w:val="FFFFFF"/>
                <w:sz w:val="20"/>
              </w:rPr>
              <w:t>Author Name(s)</w:t>
            </w:r>
          </w:p>
        </w:tc>
        <w:tc>
          <w:tcPr>
            <w:tcW w:w="3600" w:type="dxa"/>
            <w:shd w:val="clear" w:color="auto" w:fill="005F73"/>
            <w:tcMar>
              <w:top w:w="120" w:type="dxa"/>
              <w:left w:w="150" w:type="dxa"/>
              <w:bottom w:w="120" w:type="dxa"/>
              <w:right w:w="150" w:type="dxa"/>
            </w:tcMar>
          </w:tcPr>
          <w:p w14:paraId="50EFF8A8" w14:textId="77777777" w:rsidR="008B7849" w:rsidRDefault="00981B92">
            <w:pPr>
              <w:jc w:val="center"/>
            </w:pPr>
            <w:r>
              <w:rPr>
                <w:b/>
                <w:color w:val="FFFFFF"/>
                <w:sz w:val="20"/>
              </w:rPr>
              <w:t>Affiliation / Organization</w:t>
            </w:r>
          </w:p>
        </w:tc>
        <w:tc>
          <w:tcPr>
            <w:tcW w:w="2592" w:type="dxa"/>
            <w:shd w:val="clear" w:color="auto" w:fill="005F73"/>
            <w:tcMar>
              <w:top w:w="120" w:type="dxa"/>
              <w:left w:w="150" w:type="dxa"/>
              <w:bottom w:w="120" w:type="dxa"/>
              <w:right w:w="150" w:type="dxa"/>
            </w:tcMar>
          </w:tcPr>
          <w:p w14:paraId="2123271D" w14:textId="77777777" w:rsidR="008B7849" w:rsidRDefault="00981B92">
            <w:pPr>
              <w:jc w:val="center"/>
            </w:pPr>
            <w:r>
              <w:rPr>
                <w:b/>
                <w:color w:val="FFFFFF"/>
                <w:sz w:val="20"/>
              </w:rPr>
              <w:t>Role in Demo Session</w:t>
            </w:r>
          </w:p>
        </w:tc>
      </w:tr>
      <w:tr w:rsidR="008B7849" w14:paraId="0C0E0D2A" w14:textId="77777777" w:rsidTr="00216292">
        <w:trPr>
          <w:jc w:val="center"/>
        </w:trPr>
        <w:tc>
          <w:tcPr>
            <w:tcW w:w="2718" w:type="dxa"/>
            <w:tcMar>
              <w:top w:w="120" w:type="dxa"/>
              <w:left w:w="150" w:type="dxa"/>
              <w:bottom w:w="120" w:type="dxa"/>
              <w:right w:w="150" w:type="dxa"/>
            </w:tcMar>
          </w:tcPr>
          <w:p w14:paraId="0DD4ECF1" w14:textId="77777777" w:rsidR="008B7849" w:rsidRDefault="00981B92">
            <w:r>
              <w:rPr>
                <w:color w:val="969696"/>
                <w:sz w:val="20"/>
              </w:rPr>
              <w:t>[Author 1]</w:t>
            </w:r>
          </w:p>
        </w:tc>
        <w:tc>
          <w:tcPr>
            <w:tcW w:w="3600" w:type="dxa"/>
            <w:tcMar>
              <w:top w:w="120" w:type="dxa"/>
              <w:left w:w="150" w:type="dxa"/>
              <w:bottom w:w="120" w:type="dxa"/>
              <w:right w:w="150" w:type="dxa"/>
            </w:tcMar>
          </w:tcPr>
          <w:p w14:paraId="3C928443" w14:textId="77777777" w:rsidR="008B7849" w:rsidRDefault="00981B92">
            <w:r>
              <w:rPr>
                <w:color w:val="969696"/>
                <w:sz w:val="20"/>
              </w:rPr>
              <w:t>[University/Institution 1]</w:t>
            </w:r>
          </w:p>
        </w:tc>
        <w:tc>
          <w:tcPr>
            <w:tcW w:w="2592" w:type="dxa"/>
            <w:tcMar>
              <w:top w:w="120" w:type="dxa"/>
              <w:left w:w="150" w:type="dxa"/>
              <w:bottom w:w="120" w:type="dxa"/>
              <w:right w:w="150" w:type="dxa"/>
            </w:tcMar>
          </w:tcPr>
          <w:p w14:paraId="20610CB4" w14:textId="77777777" w:rsidR="00952244" w:rsidRDefault="00981B92">
            <w:pPr>
              <w:rPr>
                <w:color w:val="969696"/>
                <w:sz w:val="20"/>
              </w:rPr>
            </w:pPr>
            <w:proofErr w:type="gramStart"/>
            <w:r>
              <w:rPr>
                <w:color w:val="969696"/>
                <w:sz w:val="20"/>
              </w:rPr>
              <w:t>[ ]</w:t>
            </w:r>
            <w:proofErr w:type="gramEnd"/>
            <w:r>
              <w:rPr>
                <w:color w:val="969696"/>
                <w:sz w:val="20"/>
              </w:rPr>
              <w:t xml:space="preserve"> Presenter  </w:t>
            </w:r>
          </w:p>
          <w:p w14:paraId="5BE8C658" w14:textId="7BF5D108" w:rsidR="008B7849" w:rsidRDefault="00981B92">
            <w:proofErr w:type="gramStart"/>
            <w:r>
              <w:rPr>
                <w:color w:val="969696"/>
                <w:sz w:val="20"/>
              </w:rPr>
              <w:t>[ ]</w:t>
            </w:r>
            <w:proofErr w:type="gramEnd"/>
            <w:r>
              <w:rPr>
                <w:color w:val="969696"/>
                <w:sz w:val="20"/>
              </w:rPr>
              <w:t xml:space="preserve"> Co-Author</w:t>
            </w:r>
          </w:p>
        </w:tc>
      </w:tr>
      <w:tr w:rsidR="008B7849" w14:paraId="40DFABDC" w14:textId="77777777" w:rsidTr="00216292">
        <w:trPr>
          <w:jc w:val="center"/>
        </w:trPr>
        <w:tc>
          <w:tcPr>
            <w:tcW w:w="2718" w:type="dxa"/>
            <w:tcMar>
              <w:top w:w="120" w:type="dxa"/>
              <w:left w:w="150" w:type="dxa"/>
              <w:bottom w:w="120" w:type="dxa"/>
              <w:right w:w="150" w:type="dxa"/>
            </w:tcMar>
          </w:tcPr>
          <w:p w14:paraId="121BCD04" w14:textId="77777777" w:rsidR="008B7849" w:rsidRDefault="00981B92">
            <w:r>
              <w:rPr>
                <w:color w:val="969696"/>
                <w:sz w:val="20"/>
              </w:rPr>
              <w:t>[Author 2]</w:t>
            </w:r>
          </w:p>
        </w:tc>
        <w:tc>
          <w:tcPr>
            <w:tcW w:w="3600" w:type="dxa"/>
            <w:tcMar>
              <w:top w:w="120" w:type="dxa"/>
              <w:left w:w="150" w:type="dxa"/>
              <w:bottom w:w="120" w:type="dxa"/>
              <w:right w:w="150" w:type="dxa"/>
            </w:tcMar>
          </w:tcPr>
          <w:p w14:paraId="4F94D43D" w14:textId="282E60A6" w:rsidR="008B7849" w:rsidRDefault="00981B92">
            <w:r>
              <w:rPr>
                <w:color w:val="969696"/>
                <w:sz w:val="20"/>
              </w:rPr>
              <w:t>[University/Institution 2]</w:t>
            </w:r>
          </w:p>
        </w:tc>
        <w:tc>
          <w:tcPr>
            <w:tcW w:w="2592" w:type="dxa"/>
            <w:tcMar>
              <w:top w:w="120" w:type="dxa"/>
              <w:left w:w="150" w:type="dxa"/>
              <w:bottom w:w="120" w:type="dxa"/>
              <w:right w:w="150" w:type="dxa"/>
            </w:tcMar>
          </w:tcPr>
          <w:p w14:paraId="66724D2D" w14:textId="77777777" w:rsidR="00952244" w:rsidRDefault="00981B92">
            <w:pPr>
              <w:rPr>
                <w:color w:val="969696"/>
                <w:sz w:val="20"/>
              </w:rPr>
            </w:pPr>
            <w:proofErr w:type="gramStart"/>
            <w:r>
              <w:rPr>
                <w:color w:val="969696"/>
                <w:sz w:val="20"/>
              </w:rPr>
              <w:t>[ ]</w:t>
            </w:r>
            <w:proofErr w:type="gramEnd"/>
            <w:r>
              <w:rPr>
                <w:color w:val="969696"/>
                <w:sz w:val="20"/>
              </w:rPr>
              <w:t xml:space="preserve"> Presenter  </w:t>
            </w:r>
          </w:p>
          <w:p w14:paraId="1B9F146F" w14:textId="46312557" w:rsidR="008B7849" w:rsidRDefault="00981B92">
            <w:proofErr w:type="gramStart"/>
            <w:r>
              <w:rPr>
                <w:color w:val="969696"/>
                <w:sz w:val="20"/>
              </w:rPr>
              <w:t>[ ]</w:t>
            </w:r>
            <w:proofErr w:type="gramEnd"/>
            <w:r>
              <w:rPr>
                <w:color w:val="969696"/>
                <w:sz w:val="20"/>
              </w:rPr>
              <w:t xml:space="preserve"> Co-Author</w:t>
            </w:r>
          </w:p>
        </w:tc>
      </w:tr>
      <w:tr w:rsidR="007C0EFB" w14:paraId="143B6CE4" w14:textId="77777777" w:rsidTr="00216292">
        <w:trPr>
          <w:jc w:val="center"/>
        </w:trPr>
        <w:tc>
          <w:tcPr>
            <w:tcW w:w="2718" w:type="dxa"/>
            <w:tcMar>
              <w:top w:w="120" w:type="dxa"/>
              <w:left w:w="150" w:type="dxa"/>
              <w:bottom w:w="120" w:type="dxa"/>
              <w:right w:w="150" w:type="dxa"/>
            </w:tcMar>
          </w:tcPr>
          <w:p w14:paraId="403EE9C0" w14:textId="37B01791" w:rsidR="007C0EFB" w:rsidRDefault="007C0EFB" w:rsidP="007C0EFB">
            <w:pPr>
              <w:rPr>
                <w:color w:val="969696"/>
                <w:sz w:val="20"/>
              </w:rPr>
            </w:pPr>
            <w:r>
              <w:rPr>
                <w:color w:val="969696"/>
                <w:sz w:val="20"/>
              </w:rPr>
              <w:t>[Author 3]</w:t>
            </w:r>
          </w:p>
        </w:tc>
        <w:tc>
          <w:tcPr>
            <w:tcW w:w="3600" w:type="dxa"/>
            <w:tcMar>
              <w:top w:w="120" w:type="dxa"/>
              <w:left w:w="150" w:type="dxa"/>
              <w:bottom w:w="120" w:type="dxa"/>
              <w:right w:w="150" w:type="dxa"/>
            </w:tcMar>
          </w:tcPr>
          <w:p w14:paraId="489A49C2" w14:textId="7BA34F99" w:rsidR="007C0EFB" w:rsidRDefault="007C0EFB" w:rsidP="007C0EFB">
            <w:pPr>
              <w:rPr>
                <w:color w:val="969696"/>
                <w:sz w:val="20"/>
              </w:rPr>
            </w:pPr>
            <w:r>
              <w:rPr>
                <w:color w:val="969696"/>
                <w:sz w:val="20"/>
              </w:rPr>
              <w:t>[University/Institution 3]</w:t>
            </w:r>
          </w:p>
        </w:tc>
        <w:tc>
          <w:tcPr>
            <w:tcW w:w="2592" w:type="dxa"/>
            <w:tcMar>
              <w:top w:w="120" w:type="dxa"/>
              <w:left w:w="150" w:type="dxa"/>
              <w:bottom w:w="120" w:type="dxa"/>
              <w:right w:w="150" w:type="dxa"/>
            </w:tcMar>
          </w:tcPr>
          <w:p w14:paraId="3F68A1AF" w14:textId="77777777" w:rsidR="007C0EFB" w:rsidRDefault="007C0EFB" w:rsidP="007C0EFB">
            <w:pPr>
              <w:rPr>
                <w:color w:val="969696"/>
                <w:sz w:val="20"/>
              </w:rPr>
            </w:pPr>
            <w:proofErr w:type="gramStart"/>
            <w:r>
              <w:rPr>
                <w:color w:val="969696"/>
                <w:sz w:val="20"/>
              </w:rPr>
              <w:t>[ ]</w:t>
            </w:r>
            <w:proofErr w:type="gramEnd"/>
            <w:r>
              <w:rPr>
                <w:color w:val="969696"/>
                <w:sz w:val="20"/>
              </w:rPr>
              <w:t xml:space="preserve"> Presenter  </w:t>
            </w:r>
          </w:p>
          <w:p w14:paraId="620C7D9A" w14:textId="2C0F9D14" w:rsidR="007C0EFB" w:rsidRDefault="007C0EFB" w:rsidP="007C0EFB">
            <w:pPr>
              <w:rPr>
                <w:color w:val="969696"/>
                <w:sz w:val="20"/>
              </w:rPr>
            </w:pPr>
            <w:proofErr w:type="gramStart"/>
            <w:r>
              <w:rPr>
                <w:color w:val="969696"/>
                <w:sz w:val="20"/>
              </w:rPr>
              <w:t>[ ]</w:t>
            </w:r>
            <w:proofErr w:type="gramEnd"/>
            <w:r>
              <w:rPr>
                <w:color w:val="969696"/>
                <w:sz w:val="20"/>
              </w:rPr>
              <w:t xml:space="preserve"> Co-Author</w:t>
            </w:r>
          </w:p>
        </w:tc>
      </w:tr>
    </w:tbl>
    <w:p w14:paraId="1D7086B1" w14:textId="77777777" w:rsidR="007C0EFB" w:rsidRDefault="007C0EFB">
      <w:pPr>
        <w:spacing w:after="200"/>
        <w:rPr>
          <w:b/>
          <w:color w:val="005F73"/>
          <w:sz w:val="24"/>
        </w:rPr>
      </w:pPr>
      <w:r>
        <w:rPr>
          <w:b/>
          <w:color w:val="005F73"/>
          <w:sz w:val="24"/>
        </w:rPr>
        <w:br w:type="page"/>
      </w:r>
    </w:p>
    <w:p w14:paraId="5FD0DFFA" w14:textId="0D23473C" w:rsidR="008B7849" w:rsidRDefault="00981B92">
      <w:pPr>
        <w:keepNext/>
        <w:spacing w:before="240"/>
      </w:pPr>
      <w:r>
        <w:rPr>
          <w:b/>
          <w:color w:val="005F73"/>
          <w:sz w:val="24"/>
        </w:rPr>
        <w:lastRenderedPageBreak/>
        <w:t>3. Technical Content &amp; Demo Summary</w:t>
      </w:r>
    </w:p>
    <w:p w14:paraId="6B2D577A" w14:textId="77777777" w:rsidR="008B7849" w:rsidRDefault="00981B92" w:rsidP="00BC37A6">
      <w:pPr>
        <w:keepNext/>
        <w:spacing w:before="160" w:after="80"/>
        <w:ind w:left="270"/>
      </w:pPr>
      <w:r>
        <w:rPr>
          <w:b/>
          <w:color w:val="005F73"/>
          <w:sz w:val="21"/>
        </w:rPr>
        <w:t>3.1 Core Research &amp; Technical Contribution</w:t>
      </w:r>
    </w:p>
    <w:tbl>
      <w:tblPr>
        <w:tblW w:w="0" w:type="auto"/>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ook w:val="04A0" w:firstRow="1" w:lastRow="0" w:firstColumn="1" w:lastColumn="0" w:noHBand="0" w:noVBand="1"/>
      </w:tblPr>
      <w:tblGrid>
        <w:gridCol w:w="8910"/>
      </w:tblGrid>
      <w:tr w:rsidR="008B7849" w14:paraId="234D1A11" w14:textId="77777777" w:rsidTr="00BC37A6">
        <w:trPr>
          <w:jc w:val="center"/>
        </w:trPr>
        <w:tc>
          <w:tcPr>
            <w:tcW w:w="8910" w:type="dxa"/>
            <w:tcMar>
              <w:top w:w="150" w:type="dxa"/>
              <w:left w:w="150" w:type="dxa"/>
              <w:bottom w:w="250" w:type="dxa"/>
              <w:right w:w="150" w:type="dxa"/>
            </w:tcMar>
          </w:tcPr>
          <w:p w14:paraId="4581E579" w14:textId="77777777" w:rsidR="008B7849" w:rsidRDefault="00981B92" w:rsidP="00BC37A6">
            <w:pPr>
              <w:ind w:left="270"/>
            </w:pPr>
            <w:r>
              <w:rPr>
                <w:color w:val="969696"/>
                <w:sz w:val="20"/>
              </w:rPr>
              <w:t>[Briefly describe the extent and significance of the underlying research contribution. What problem does it solve?]</w:t>
            </w:r>
          </w:p>
        </w:tc>
      </w:tr>
    </w:tbl>
    <w:p w14:paraId="5FEDC01C" w14:textId="77777777" w:rsidR="008B7849" w:rsidRDefault="00981B92" w:rsidP="00BC37A6">
      <w:pPr>
        <w:keepNext/>
        <w:spacing w:before="160" w:after="80"/>
        <w:ind w:left="270"/>
      </w:pPr>
      <w:r>
        <w:rPr>
          <w:b/>
          <w:color w:val="005F73"/>
          <w:sz w:val="21"/>
        </w:rPr>
        <w:t>3.2 Target Audience Potential Impact</w:t>
      </w:r>
    </w:p>
    <w:tbl>
      <w:tblPr>
        <w:tblW w:w="0" w:type="auto"/>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ook w:val="04A0" w:firstRow="1" w:lastRow="0" w:firstColumn="1" w:lastColumn="0" w:noHBand="0" w:noVBand="1"/>
      </w:tblPr>
      <w:tblGrid>
        <w:gridCol w:w="8910"/>
      </w:tblGrid>
      <w:tr w:rsidR="008B7849" w14:paraId="154C28E5" w14:textId="77777777" w:rsidTr="00BC37A6">
        <w:trPr>
          <w:jc w:val="center"/>
        </w:trPr>
        <w:tc>
          <w:tcPr>
            <w:tcW w:w="8910" w:type="dxa"/>
            <w:tcMar>
              <w:top w:w="150" w:type="dxa"/>
              <w:left w:w="150" w:type="dxa"/>
              <w:bottom w:w="250" w:type="dxa"/>
              <w:right w:w="150" w:type="dxa"/>
            </w:tcMar>
          </w:tcPr>
          <w:p w14:paraId="3EEFEC61" w14:textId="77777777" w:rsidR="008B7849" w:rsidRDefault="00981B92" w:rsidP="00BC37A6">
            <w:pPr>
              <w:ind w:left="270"/>
            </w:pPr>
            <w:r>
              <w:rPr>
                <w:color w:val="969696"/>
                <w:sz w:val="20"/>
              </w:rPr>
              <w:t>[Elucidate how this demonstration will engage and impact the SusTAIN'2026 delegates during the 'show-and-tell' session.]</w:t>
            </w:r>
          </w:p>
        </w:tc>
      </w:tr>
    </w:tbl>
    <w:p w14:paraId="25C9A2FF" w14:textId="77777777" w:rsidR="008B7849" w:rsidRDefault="00981B92" w:rsidP="00BC37A6">
      <w:pPr>
        <w:keepNext/>
        <w:spacing w:before="160" w:after="80"/>
        <w:ind w:left="270"/>
      </w:pPr>
      <w:r>
        <w:rPr>
          <w:b/>
          <w:color w:val="005F73"/>
          <w:sz w:val="21"/>
        </w:rPr>
        <w:t>3.3 Implementation Quality &amp; Maturity</w:t>
      </w:r>
    </w:p>
    <w:tbl>
      <w:tblPr>
        <w:tblW w:w="0" w:type="auto"/>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ook w:val="04A0" w:firstRow="1" w:lastRow="0" w:firstColumn="1" w:lastColumn="0" w:noHBand="0" w:noVBand="1"/>
      </w:tblPr>
      <w:tblGrid>
        <w:gridCol w:w="8910"/>
      </w:tblGrid>
      <w:tr w:rsidR="008B7849" w14:paraId="767A818D" w14:textId="77777777" w:rsidTr="00BC37A6">
        <w:trPr>
          <w:jc w:val="center"/>
        </w:trPr>
        <w:tc>
          <w:tcPr>
            <w:tcW w:w="8910" w:type="dxa"/>
            <w:tcMar>
              <w:top w:w="150" w:type="dxa"/>
              <w:left w:w="150" w:type="dxa"/>
              <w:bottom w:w="250" w:type="dxa"/>
              <w:right w:w="150" w:type="dxa"/>
            </w:tcMar>
          </w:tcPr>
          <w:p w14:paraId="437EE741" w14:textId="68357F8C" w:rsidR="008B7849" w:rsidRDefault="00981B92" w:rsidP="00951CF7">
            <w:pPr>
              <w:ind w:left="270"/>
            </w:pPr>
            <w:r>
              <w:rPr>
                <w:color w:val="969696"/>
                <w:sz w:val="20"/>
              </w:rPr>
              <w:t>[Detail the quality of the current implementation.]</w:t>
            </w:r>
          </w:p>
        </w:tc>
      </w:tr>
    </w:tbl>
    <w:p w14:paraId="1A5836C2" w14:textId="77777777" w:rsidR="008B7849" w:rsidRDefault="00981B92">
      <w:pPr>
        <w:keepNext/>
        <w:spacing w:before="240"/>
      </w:pPr>
      <w:r>
        <w:rPr>
          <w:b/>
          <w:color w:val="005F73"/>
          <w:sz w:val="24"/>
        </w:rPr>
        <w:t>4. Technical Setup &amp; Space Requirements</w:t>
      </w:r>
    </w:p>
    <w:tbl>
      <w:tblPr>
        <w:tblW w:w="0" w:type="auto"/>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ook w:val="04A0" w:firstRow="1" w:lastRow="0" w:firstColumn="1" w:lastColumn="0" w:noHBand="0" w:noVBand="1"/>
      </w:tblPr>
      <w:tblGrid>
        <w:gridCol w:w="2718"/>
        <w:gridCol w:w="6192"/>
      </w:tblGrid>
      <w:tr w:rsidR="008B7849" w14:paraId="3A4F17A8" w14:textId="77777777" w:rsidTr="00BC37A6">
        <w:trPr>
          <w:jc w:val="center"/>
        </w:trPr>
        <w:tc>
          <w:tcPr>
            <w:tcW w:w="2718" w:type="dxa"/>
            <w:shd w:val="clear" w:color="auto" w:fill="F4F6F6"/>
            <w:tcMar>
              <w:top w:w="120" w:type="dxa"/>
              <w:left w:w="150" w:type="dxa"/>
              <w:bottom w:w="120" w:type="dxa"/>
              <w:right w:w="150" w:type="dxa"/>
            </w:tcMar>
          </w:tcPr>
          <w:p w14:paraId="453967EC" w14:textId="77777777" w:rsidR="008B7849" w:rsidRDefault="00981B92">
            <w:r>
              <w:rPr>
                <w:b/>
                <w:sz w:val="20"/>
              </w:rPr>
              <w:t>Power Infrastructure Needs</w:t>
            </w:r>
          </w:p>
        </w:tc>
        <w:tc>
          <w:tcPr>
            <w:tcW w:w="6192" w:type="dxa"/>
            <w:tcMar>
              <w:top w:w="120" w:type="dxa"/>
              <w:left w:w="150" w:type="dxa"/>
              <w:bottom w:w="120" w:type="dxa"/>
              <w:right w:w="150" w:type="dxa"/>
            </w:tcMar>
          </w:tcPr>
          <w:p w14:paraId="3FDA7F1A" w14:textId="77777777" w:rsidR="00BC37A6" w:rsidRDefault="00981B92">
            <w:pPr>
              <w:rPr>
                <w:color w:val="969696"/>
                <w:sz w:val="20"/>
              </w:rPr>
            </w:pPr>
            <w:proofErr w:type="gramStart"/>
            <w:r>
              <w:rPr>
                <w:color w:val="969696"/>
                <w:sz w:val="20"/>
              </w:rPr>
              <w:t>[ ]</w:t>
            </w:r>
            <w:proofErr w:type="gramEnd"/>
            <w:r>
              <w:rPr>
                <w:color w:val="969696"/>
                <w:sz w:val="20"/>
              </w:rPr>
              <w:t xml:space="preserve"> Standard AC Outlet   </w:t>
            </w:r>
          </w:p>
          <w:p w14:paraId="21FA039F" w14:textId="77777777" w:rsidR="00BC37A6" w:rsidRDefault="00981B92">
            <w:pPr>
              <w:rPr>
                <w:color w:val="969696"/>
                <w:sz w:val="20"/>
              </w:rPr>
            </w:pPr>
            <w:proofErr w:type="gramStart"/>
            <w:r>
              <w:rPr>
                <w:color w:val="969696"/>
                <w:sz w:val="20"/>
              </w:rPr>
              <w:t>[ ]</w:t>
            </w:r>
            <w:proofErr w:type="gramEnd"/>
            <w:r>
              <w:rPr>
                <w:color w:val="969696"/>
                <w:sz w:val="20"/>
              </w:rPr>
              <w:t xml:space="preserve"> Multiple Outlets Needed   </w:t>
            </w:r>
          </w:p>
          <w:p w14:paraId="4654B275" w14:textId="3C4AF085" w:rsidR="008B7849" w:rsidRDefault="00981B92">
            <w:proofErr w:type="gramStart"/>
            <w:r>
              <w:rPr>
                <w:color w:val="969696"/>
                <w:sz w:val="20"/>
              </w:rPr>
              <w:t>[ ]</w:t>
            </w:r>
            <w:proofErr w:type="gramEnd"/>
            <w:r>
              <w:rPr>
                <w:color w:val="969696"/>
                <w:sz w:val="20"/>
              </w:rPr>
              <w:t xml:space="preserve"> Not Applicable</w:t>
            </w:r>
          </w:p>
        </w:tc>
      </w:tr>
      <w:tr w:rsidR="008B7849" w14:paraId="79E887EF" w14:textId="77777777" w:rsidTr="00BC37A6">
        <w:trPr>
          <w:jc w:val="center"/>
        </w:trPr>
        <w:tc>
          <w:tcPr>
            <w:tcW w:w="2718" w:type="dxa"/>
            <w:shd w:val="clear" w:color="auto" w:fill="F4F6F6"/>
            <w:tcMar>
              <w:top w:w="120" w:type="dxa"/>
              <w:left w:w="150" w:type="dxa"/>
              <w:bottom w:w="120" w:type="dxa"/>
              <w:right w:w="150" w:type="dxa"/>
            </w:tcMar>
          </w:tcPr>
          <w:p w14:paraId="074B6A1E" w14:textId="77777777" w:rsidR="008B7849" w:rsidRDefault="00981B92">
            <w:r>
              <w:rPr>
                <w:b/>
                <w:sz w:val="20"/>
              </w:rPr>
              <w:t>Connectivity Requirements</w:t>
            </w:r>
          </w:p>
        </w:tc>
        <w:tc>
          <w:tcPr>
            <w:tcW w:w="6192" w:type="dxa"/>
            <w:tcMar>
              <w:top w:w="120" w:type="dxa"/>
              <w:left w:w="150" w:type="dxa"/>
              <w:bottom w:w="120" w:type="dxa"/>
              <w:right w:w="150" w:type="dxa"/>
            </w:tcMar>
          </w:tcPr>
          <w:p w14:paraId="653B358D" w14:textId="77777777" w:rsidR="00BC37A6" w:rsidRDefault="00981B92">
            <w:pPr>
              <w:rPr>
                <w:color w:val="969696"/>
                <w:sz w:val="20"/>
              </w:rPr>
            </w:pPr>
            <w:proofErr w:type="gramStart"/>
            <w:r>
              <w:rPr>
                <w:color w:val="969696"/>
                <w:sz w:val="20"/>
              </w:rPr>
              <w:t>[ ]</w:t>
            </w:r>
            <w:proofErr w:type="gramEnd"/>
            <w:r>
              <w:rPr>
                <w:color w:val="969696"/>
                <w:sz w:val="20"/>
              </w:rPr>
              <w:t xml:space="preserve"> On-site Wi-Fi Connection   </w:t>
            </w:r>
          </w:p>
          <w:p w14:paraId="3F60B6D0" w14:textId="77777777" w:rsidR="00BC37A6" w:rsidRDefault="00981B92">
            <w:pPr>
              <w:rPr>
                <w:color w:val="969696"/>
                <w:sz w:val="20"/>
              </w:rPr>
            </w:pPr>
            <w:proofErr w:type="gramStart"/>
            <w:r>
              <w:rPr>
                <w:color w:val="969696"/>
                <w:sz w:val="20"/>
              </w:rPr>
              <w:t>[ ]</w:t>
            </w:r>
            <w:proofErr w:type="gramEnd"/>
            <w:r>
              <w:rPr>
                <w:color w:val="969696"/>
                <w:sz w:val="20"/>
              </w:rPr>
              <w:t xml:space="preserve"> Dedicated High-Speed Internet   </w:t>
            </w:r>
          </w:p>
          <w:p w14:paraId="7332AB74" w14:textId="2B824368" w:rsidR="008B7849" w:rsidRDefault="00981B92">
            <w:proofErr w:type="gramStart"/>
            <w:r>
              <w:rPr>
                <w:color w:val="969696"/>
                <w:sz w:val="20"/>
              </w:rPr>
              <w:t>[ ]</w:t>
            </w:r>
            <w:proofErr w:type="gramEnd"/>
            <w:r>
              <w:rPr>
                <w:color w:val="969696"/>
                <w:sz w:val="20"/>
              </w:rPr>
              <w:t xml:space="preserve"> Offline Demo Setup</w:t>
            </w:r>
          </w:p>
        </w:tc>
      </w:tr>
      <w:tr w:rsidR="008B7849" w14:paraId="28D15DED" w14:textId="77777777" w:rsidTr="00BC37A6">
        <w:trPr>
          <w:jc w:val="center"/>
        </w:trPr>
        <w:tc>
          <w:tcPr>
            <w:tcW w:w="2718" w:type="dxa"/>
            <w:shd w:val="clear" w:color="auto" w:fill="F4F6F6"/>
            <w:tcMar>
              <w:top w:w="120" w:type="dxa"/>
              <w:left w:w="150" w:type="dxa"/>
              <w:bottom w:w="120" w:type="dxa"/>
              <w:right w:w="150" w:type="dxa"/>
            </w:tcMar>
          </w:tcPr>
          <w:p w14:paraId="68B3D355" w14:textId="77777777" w:rsidR="008B7849" w:rsidRDefault="00981B92">
            <w:r>
              <w:rPr>
                <w:b/>
                <w:sz w:val="20"/>
              </w:rPr>
              <w:t>Space &amp; Table Layout Needs</w:t>
            </w:r>
          </w:p>
        </w:tc>
        <w:tc>
          <w:tcPr>
            <w:tcW w:w="6192" w:type="dxa"/>
            <w:tcMar>
              <w:top w:w="120" w:type="dxa"/>
              <w:left w:w="150" w:type="dxa"/>
              <w:bottom w:w="120" w:type="dxa"/>
              <w:right w:w="150" w:type="dxa"/>
            </w:tcMar>
          </w:tcPr>
          <w:p w14:paraId="55BF594A" w14:textId="77777777" w:rsidR="008B7849" w:rsidRDefault="00981B92">
            <w:r>
              <w:rPr>
                <w:color w:val="969696"/>
                <w:sz w:val="20"/>
              </w:rPr>
              <w:t>[Describe physical setup requirements: e.g., standard table space, monitor mount, specific hardware placement clearance]</w:t>
            </w:r>
          </w:p>
        </w:tc>
      </w:tr>
    </w:tbl>
    <w:p w14:paraId="030D121C" w14:textId="77777777" w:rsidR="008B7849" w:rsidRDefault="00981B92">
      <w:pPr>
        <w:keepNext/>
        <w:spacing w:before="240"/>
      </w:pPr>
      <w:r>
        <w:rPr>
          <w:b/>
          <w:color w:val="005F73"/>
          <w:sz w:val="24"/>
        </w:rPr>
        <w:t>5. Mandatory Author Confirmation</w:t>
      </w:r>
    </w:p>
    <w:tbl>
      <w:tblPr>
        <w:tblW w:w="0" w:type="auto"/>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ook w:val="04A0" w:firstRow="1" w:lastRow="0" w:firstColumn="1" w:lastColumn="0" w:noHBand="0" w:noVBand="1"/>
      </w:tblPr>
      <w:tblGrid>
        <w:gridCol w:w="8910"/>
      </w:tblGrid>
      <w:tr w:rsidR="008B7849" w14:paraId="6D8051B5" w14:textId="77777777" w:rsidTr="00BC37A6">
        <w:trPr>
          <w:jc w:val="center"/>
        </w:trPr>
        <w:tc>
          <w:tcPr>
            <w:tcW w:w="8910" w:type="dxa"/>
            <w:tcMar>
              <w:top w:w="120" w:type="dxa"/>
              <w:left w:w="150" w:type="dxa"/>
              <w:bottom w:w="120" w:type="dxa"/>
              <w:right w:w="150" w:type="dxa"/>
            </w:tcMar>
          </w:tcPr>
          <w:p w14:paraId="277C7AD0" w14:textId="77777777" w:rsidR="008B7849" w:rsidRDefault="00981B92">
            <w:proofErr w:type="gramStart"/>
            <w:r>
              <w:rPr>
                <w:b/>
                <w:sz w:val="20"/>
              </w:rPr>
              <w:t>[ ]</w:t>
            </w:r>
            <w:proofErr w:type="gramEnd"/>
            <w:r>
              <w:rPr>
                <w:b/>
                <w:sz w:val="20"/>
              </w:rPr>
              <w:t xml:space="preserve"> I/We acknowledge that at least one author of this accepted demo proposal is required to register for SusTAIN’2026 at the full conference rate and present the prototype live during the scheduled presentation session.</w:t>
            </w:r>
          </w:p>
        </w:tc>
      </w:tr>
    </w:tbl>
    <w:p w14:paraId="77EECEE2" w14:textId="77777777" w:rsidR="00F044FE" w:rsidRDefault="00F044FE"/>
    <w:sectPr w:rsidR="00F044F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703D" w14:textId="77777777" w:rsidR="00C81F16" w:rsidRDefault="00C81F16" w:rsidP="00CA0F84">
      <w:pPr>
        <w:spacing w:after="0" w:line="240" w:lineRule="auto"/>
      </w:pPr>
      <w:r>
        <w:separator/>
      </w:r>
    </w:p>
  </w:endnote>
  <w:endnote w:type="continuationSeparator" w:id="0">
    <w:p w14:paraId="460ADD54" w14:textId="77777777" w:rsidR="00C81F16" w:rsidRDefault="00C81F16" w:rsidP="00CA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6E843" w14:textId="77777777" w:rsidR="00C81F16" w:rsidRDefault="00C81F16" w:rsidP="00CA0F84">
      <w:pPr>
        <w:spacing w:after="0" w:line="240" w:lineRule="auto"/>
      </w:pPr>
      <w:r>
        <w:separator/>
      </w:r>
    </w:p>
  </w:footnote>
  <w:footnote w:type="continuationSeparator" w:id="0">
    <w:p w14:paraId="36541909" w14:textId="77777777" w:rsidR="00C81F16" w:rsidRDefault="00C81F16" w:rsidP="00CA0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1F0C" w14:textId="77777777" w:rsidR="00CA0F84" w:rsidRDefault="00CA0F84" w:rsidP="00CA0F84">
    <w:pPr>
      <w:spacing w:after="40"/>
      <w:jc w:val="center"/>
    </w:pPr>
    <w:r>
      <w:rPr>
        <w:noProof/>
      </w:rPr>
      <w:drawing>
        <wp:anchor distT="0" distB="0" distL="114300" distR="114300" simplePos="0" relativeHeight="251659264" behindDoc="0" locked="0" layoutInCell="1" allowOverlap="1" wp14:anchorId="1DE6B5F8" wp14:editId="36DFA414">
          <wp:simplePos x="0" y="0"/>
          <wp:positionH relativeFrom="margin">
            <wp:posOffset>-685</wp:posOffset>
          </wp:positionH>
          <wp:positionV relativeFrom="margin">
            <wp:posOffset>-1116254</wp:posOffset>
          </wp:positionV>
          <wp:extent cx="775335" cy="796925"/>
          <wp:effectExtent l="0" t="0" r="5715" b="3175"/>
          <wp:wrapSquare wrapText="bothSides"/>
          <wp:docPr id="1388632630" name="Picture 1" descr="University of Prince Mugrin (U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Prince Mugrin (U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5F73"/>
        <w:sz w:val="24"/>
      </w:rPr>
      <w:t>SUSTAIN 2026</w:t>
    </w:r>
  </w:p>
  <w:p w14:paraId="00F71184" w14:textId="77777777" w:rsidR="00CA0F84" w:rsidRDefault="00CA0F84" w:rsidP="00CA0F84">
    <w:pPr>
      <w:spacing w:after="0"/>
      <w:ind w:left="1260"/>
      <w:rPr>
        <w:i/>
        <w:color w:val="646E78"/>
        <w:sz w:val="20"/>
      </w:rPr>
    </w:pPr>
    <w:r>
      <w:rPr>
        <w:i/>
        <w:color w:val="646E78"/>
        <w:sz w:val="20"/>
      </w:rPr>
      <w:t>1st International Conference on Technology and Engineering Innovation for Sustainability</w:t>
    </w:r>
  </w:p>
  <w:p w14:paraId="75738A2E" w14:textId="0F699F34" w:rsidR="00CA0F84" w:rsidRDefault="00CA0F84" w:rsidP="00CA0F84">
    <w:pPr>
      <w:spacing w:after="360"/>
      <w:ind w:left="990" w:right="990"/>
      <w:jc w:val="center"/>
    </w:pPr>
    <w:r>
      <w:rPr>
        <w:i/>
        <w:color w:val="646E78"/>
        <w:sz w:val="20"/>
      </w:rPr>
      <w:t>6–8 October 2026 | Medina, Kingdom of Saudi Arabia</w:t>
    </w:r>
    <w:r>
      <w:rPr>
        <w:i/>
        <w:color w:val="646E78"/>
        <w:sz w:val="20"/>
      </w:rPr>
      <w:br/>
      <w:t>https://www.sustain.upm.edu.sa/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88068983">
    <w:abstractNumId w:val="8"/>
  </w:num>
  <w:num w:numId="2" w16cid:durableId="2064013698">
    <w:abstractNumId w:val="6"/>
  </w:num>
  <w:num w:numId="3" w16cid:durableId="1729837473">
    <w:abstractNumId w:val="5"/>
  </w:num>
  <w:num w:numId="4" w16cid:durableId="867792780">
    <w:abstractNumId w:val="4"/>
  </w:num>
  <w:num w:numId="5" w16cid:durableId="59594910">
    <w:abstractNumId w:val="7"/>
  </w:num>
  <w:num w:numId="6" w16cid:durableId="452209779">
    <w:abstractNumId w:val="3"/>
  </w:num>
  <w:num w:numId="7" w16cid:durableId="1766338210">
    <w:abstractNumId w:val="2"/>
  </w:num>
  <w:num w:numId="8" w16cid:durableId="1061099921">
    <w:abstractNumId w:val="1"/>
  </w:num>
  <w:num w:numId="9" w16cid:durableId="1917205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082"/>
    <w:rsid w:val="0006063C"/>
    <w:rsid w:val="0015074B"/>
    <w:rsid w:val="00216292"/>
    <w:rsid w:val="0029639D"/>
    <w:rsid w:val="002E0EB6"/>
    <w:rsid w:val="002E4842"/>
    <w:rsid w:val="00326F90"/>
    <w:rsid w:val="003F0A45"/>
    <w:rsid w:val="00466741"/>
    <w:rsid w:val="00471652"/>
    <w:rsid w:val="00521D15"/>
    <w:rsid w:val="005959AD"/>
    <w:rsid w:val="006C6E7D"/>
    <w:rsid w:val="006D4FC1"/>
    <w:rsid w:val="007C0EFB"/>
    <w:rsid w:val="00820739"/>
    <w:rsid w:val="008918DA"/>
    <w:rsid w:val="008B5E4F"/>
    <w:rsid w:val="008B7849"/>
    <w:rsid w:val="00951CF7"/>
    <w:rsid w:val="00952244"/>
    <w:rsid w:val="0096174B"/>
    <w:rsid w:val="00981B92"/>
    <w:rsid w:val="009B4858"/>
    <w:rsid w:val="00AA1D8D"/>
    <w:rsid w:val="00AB0C88"/>
    <w:rsid w:val="00AE2272"/>
    <w:rsid w:val="00B47730"/>
    <w:rsid w:val="00B57E45"/>
    <w:rsid w:val="00BC37A6"/>
    <w:rsid w:val="00C2558D"/>
    <w:rsid w:val="00C81F16"/>
    <w:rsid w:val="00CA0F84"/>
    <w:rsid w:val="00CB0664"/>
    <w:rsid w:val="00CC00BD"/>
    <w:rsid w:val="00CE1417"/>
    <w:rsid w:val="00D712BD"/>
    <w:rsid w:val="00EE7AFB"/>
    <w:rsid w:val="00EF2244"/>
    <w:rsid w:val="00F044FE"/>
    <w:rsid w:val="00FC1AA8"/>
    <w:rsid w:val="00FC693F"/>
    <w:rsid w:val="00FE27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1421C43-8B12-46DA-AB64-3CBC4983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2B2D4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Ben Mnaouer</dc:creator>
  <cp:keywords/>
  <cp:lastModifiedBy>Adel Ben Mnaouer</cp:lastModifiedBy>
  <cp:revision>4</cp:revision>
  <dcterms:created xsi:type="dcterms:W3CDTF">2026-06-29T12:14:00Z</dcterms:created>
  <dcterms:modified xsi:type="dcterms:W3CDTF">2026-06-29T12:16:00Z</dcterms:modified>
  <cp:category/>
</cp:coreProperties>
</file>